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A9D1" w14:textId="77777777" w:rsidR="00FB0BAE" w:rsidRPr="00304CEA" w:rsidRDefault="00000000">
      <w:pPr>
        <w:pStyle w:val="Title"/>
        <w:jc w:val="center"/>
      </w:pPr>
      <w:r w:rsidRPr="00304CEA">
        <w:t>2025 UNNC Robot Olympics</w:t>
      </w:r>
    </w:p>
    <w:p w14:paraId="3D787DF5" w14:textId="1A7D3665" w:rsidR="00FB0BAE" w:rsidRDefault="00000000">
      <w:pPr>
        <w:jc w:val="center"/>
      </w:pPr>
      <w:r w:rsidRPr="00304CEA">
        <w:t>Hosted by the Faculty of Science and Engineering</w:t>
      </w:r>
      <w:r w:rsidRPr="00304CEA">
        <w:br/>
        <w:t>Date: 21st November 2025</w:t>
      </w:r>
      <w:r w:rsidRPr="00304CEA">
        <w:br/>
        <w:t xml:space="preserve">Venue: </w:t>
      </w:r>
      <w:r w:rsidR="00304CEA">
        <w:t xml:space="preserve">UNNC Sports Centre, </w:t>
      </w:r>
      <w:r w:rsidRPr="00304CEA">
        <w:t>CSIAED Conference, University of Nottingham Ningbo China</w:t>
      </w:r>
      <w:r w:rsidRPr="00304CEA">
        <w:br/>
        <w:t>Contact: Adam Rushworth (M3 Department)</w:t>
      </w:r>
    </w:p>
    <w:p w14:paraId="1CEB4BFB" w14:textId="3063B148" w:rsidR="00163463" w:rsidRDefault="00F4240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94DB90" wp14:editId="2394CD0A">
                <wp:simplePos x="0" y="0"/>
                <wp:positionH relativeFrom="column">
                  <wp:posOffset>3873500</wp:posOffset>
                </wp:positionH>
                <wp:positionV relativeFrom="paragraph">
                  <wp:posOffset>438729</wp:posOffset>
                </wp:positionV>
                <wp:extent cx="497205" cy="211016"/>
                <wp:effectExtent l="0" t="0" r="0" b="0"/>
                <wp:wrapNone/>
                <wp:docPr id="55605790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" cy="2110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ADDAB" w14:textId="134663C0" w:rsidR="00F4240D" w:rsidRPr="00A25168" w:rsidRDefault="00DB60F6" w:rsidP="00DB60F6">
                            <w:pPr>
                              <w:spacing w:after="100" w:afterAutospacing="1" w:line="192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Find out more</w:t>
                            </w:r>
                          </w:p>
                          <w:p w14:paraId="52D6B1A7" w14:textId="36CA361D" w:rsidR="00F4240D" w:rsidRDefault="00DB60F6" w:rsidP="00DB60F6">
                            <w:pPr>
                              <w:spacing w:after="100" w:afterAutospacing="1" w:line="192" w:lineRule="auto"/>
                            </w:pPr>
                            <w:r>
                              <w:t xml:space="preserve">Find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4DB9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05pt;margin-top:34.55pt;width:39.15pt;height:1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" filled="f" stroked="f" strokeweight=".5pt">
                <v:textbox inset="0,0,0,0">
                  <w:txbxContent>
                    <w:p w14:paraId="23BADDAB" w14:textId="134663C0" w:rsidR="00F4240D" w:rsidRPr="00A25168" w:rsidRDefault="00DB60F6" w:rsidP="00DB60F6">
                      <w:pPr>
                        <w:spacing w:after="100" w:afterAutospacing="1" w:line="192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Find out more</w:t>
                      </w:r>
                    </w:p>
                    <w:p w14:paraId="52D6B1A7" w14:textId="36CA361D" w:rsidR="00F4240D" w:rsidRDefault="00DB60F6" w:rsidP="00DB60F6">
                      <w:pPr>
                        <w:spacing w:after="100" w:afterAutospacing="1" w:line="192" w:lineRule="auto"/>
                      </w:pPr>
                      <w:r>
                        <w:t xml:space="preserve">Find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B3C8ED" wp14:editId="03488E98">
                <wp:simplePos x="0" y="0"/>
                <wp:positionH relativeFrom="column">
                  <wp:posOffset>3920831</wp:posOffset>
                </wp:positionH>
                <wp:positionV relativeFrom="paragraph">
                  <wp:posOffset>326802</wp:posOffset>
                </wp:positionV>
                <wp:extent cx="520065" cy="387350"/>
                <wp:effectExtent l="57150" t="19050" r="51435" b="88900"/>
                <wp:wrapNone/>
                <wp:docPr id="632818105" name="Arrow: Lef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0065" cy="38735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066A5" w14:textId="77777777" w:rsidR="00F4240D" w:rsidRPr="00A25168" w:rsidRDefault="00F4240D" w:rsidP="003B004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3C8E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6" o:spid="_x0000_s1027" type="#_x0000_t66" style="position:absolute;left:0;text-align:left;margin-left:308.75pt;margin-top:25.75pt;width:40.95pt;height:30.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" adj="804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49066A5" w14:textId="77777777" w:rsidR="00F4240D" w:rsidRPr="00A25168" w:rsidRDefault="00F4240D" w:rsidP="003B0045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0FAE5" wp14:editId="23E50AD9">
                <wp:simplePos x="0" y="0"/>
                <wp:positionH relativeFrom="column">
                  <wp:posOffset>3953510</wp:posOffset>
                </wp:positionH>
                <wp:positionV relativeFrom="paragraph">
                  <wp:posOffset>145471</wp:posOffset>
                </wp:positionV>
                <wp:extent cx="497205" cy="132080"/>
                <wp:effectExtent l="0" t="0" r="0" b="1270"/>
                <wp:wrapNone/>
                <wp:docPr id="128722997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" cy="132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F415DE" w14:textId="0A0B254A" w:rsidR="00F4240D" w:rsidRPr="00A25168" w:rsidRDefault="00F4240D" w:rsidP="00F4240D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A25168">
                              <w:rPr>
                                <w:sz w:val="14"/>
                                <w:szCs w:val="14"/>
                              </w:rPr>
                              <w:t>Regist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er</w:t>
                            </w:r>
                          </w:p>
                          <w:p w14:paraId="7CAB9494" w14:textId="77777777" w:rsidR="00F4240D" w:rsidRDefault="00F4240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0FAE5" id="_x0000_s1028" type="#_x0000_t202" style="position:absolute;left:0;text-align:left;margin-left:311.3pt;margin-top:11.45pt;width:39.15pt;height:1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" filled="f" stroked="f" strokeweight=".5pt">
                <v:textbox inset="0,0,0,0">
                  <w:txbxContent>
                    <w:p w14:paraId="38F415DE" w14:textId="0A0B254A" w:rsidR="00F4240D" w:rsidRPr="00A25168" w:rsidRDefault="00F4240D" w:rsidP="00F4240D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A25168">
                        <w:rPr>
                          <w:sz w:val="14"/>
                          <w:szCs w:val="14"/>
                        </w:rPr>
                        <w:t>Regist</w:t>
                      </w:r>
                      <w:r>
                        <w:rPr>
                          <w:sz w:val="14"/>
                          <w:szCs w:val="14"/>
                        </w:rPr>
                        <w:t>er</w:t>
                      </w:r>
                    </w:p>
                    <w:p w14:paraId="7CAB9494" w14:textId="77777777" w:rsidR="00F4240D" w:rsidRDefault="00F4240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09EFCB" wp14:editId="7D76EAB9">
                <wp:simplePos x="0" y="0"/>
                <wp:positionH relativeFrom="column">
                  <wp:posOffset>3915410</wp:posOffset>
                </wp:positionH>
                <wp:positionV relativeFrom="paragraph">
                  <wp:posOffset>18471</wp:posOffset>
                </wp:positionV>
                <wp:extent cx="520065" cy="387350"/>
                <wp:effectExtent l="57150" t="19050" r="70485" b="88900"/>
                <wp:wrapNone/>
                <wp:docPr id="806919417" name="Arrow: Lef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" cy="38735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CE71A" w14:textId="385429F0" w:rsidR="003B0045" w:rsidRPr="00A25168" w:rsidRDefault="003B0045" w:rsidP="003B004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9EFCB" id="_x0000_s1029" type="#_x0000_t66" style="position:absolute;left:0;text-align:left;margin-left:308.3pt;margin-top:1.45pt;width:40.95pt;height:3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" adj="804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D7CE71A" w14:textId="385429F0" w:rsidR="003B0045" w:rsidRPr="00A25168" w:rsidRDefault="003B0045" w:rsidP="003B0045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0045" w:rsidRPr="003B0045">
        <w:rPr>
          <w:noProof/>
        </w:rPr>
        <w:drawing>
          <wp:anchor distT="0" distB="0" distL="114300" distR="114300" simplePos="0" relativeHeight="251659264" behindDoc="0" locked="0" layoutInCell="1" allowOverlap="1" wp14:anchorId="16ECED5C" wp14:editId="66675B26">
            <wp:simplePos x="0" y="0"/>
            <wp:positionH relativeFrom="column">
              <wp:posOffset>4440995</wp:posOffset>
            </wp:positionH>
            <wp:positionV relativeFrom="paragraph">
              <wp:posOffset>34925</wp:posOffset>
            </wp:positionV>
            <wp:extent cx="627324" cy="627324"/>
            <wp:effectExtent l="0" t="0" r="1905" b="1905"/>
            <wp:wrapNone/>
            <wp:docPr id="1145912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912864" name=""/>
                    <pic:cNvPicPr/>
                  </pic:nvPicPr>
                  <pic:blipFill rotWithShape="1">
                    <a:blip r:embed="rId6"/>
                    <a:srcRect l="5267" t="5267" r="5267" b="5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24" cy="627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A53">
        <w:rPr>
          <w:noProof/>
        </w:rPr>
        <w:drawing>
          <wp:anchor distT="0" distB="0" distL="114300" distR="114300" simplePos="0" relativeHeight="251658240" behindDoc="0" locked="0" layoutInCell="1" allowOverlap="1" wp14:anchorId="29CB060B" wp14:editId="5E6914D3">
            <wp:simplePos x="0" y="0"/>
            <wp:positionH relativeFrom="column">
              <wp:posOffset>3285462</wp:posOffset>
            </wp:positionH>
            <wp:positionV relativeFrom="paragraph">
              <wp:posOffset>30013</wp:posOffset>
            </wp:positionV>
            <wp:extent cx="622712" cy="622712"/>
            <wp:effectExtent l="0" t="0" r="6350" b="6350"/>
            <wp:wrapNone/>
            <wp:docPr id="1444303749" name="Picture 5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QR co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12" cy="62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045" w:rsidRPr="003B0045">
        <w:rPr>
          <w:noProof/>
        </w:rPr>
        <w:t xml:space="preserve"> </w:t>
      </w:r>
      <w:r w:rsidR="00163463">
        <w:rPr>
          <w:noProof/>
        </w:rPr>
        <w:drawing>
          <wp:inline distT="0" distB="0" distL="0" distR="0" wp14:anchorId="659556C7" wp14:editId="67D58D53">
            <wp:extent cx="3305175" cy="4496637"/>
            <wp:effectExtent l="0" t="0" r="0" b="0"/>
            <wp:docPr id="13226191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669" cy="452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DD25D" w14:textId="1D461A52" w:rsidR="00163463" w:rsidRDefault="00163463">
      <w:pPr>
        <w:jc w:val="center"/>
      </w:pPr>
    </w:p>
    <w:p w14:paraId="6630C89D" w14:textId="39AE6EE0" w:rsidR="00163463" w:rsidRDefault="00163463">
      <w:pPr>
        <w:jc w:val="center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F97C54F" wp14:editId="64D72058">
                <wp:extent cx="306705" cy="306705"/>
                <wp:effectExtent l="0" t="0" r="0" b="0"/>
                <wp:docPr id="2127190998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2EC80" id="Rectangle 3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715975C" wp14:editId="6C1442A6">
            <wp:extent cx="5245240" cy="3496826"/>
            <wp:effectExtent l="0" t="0" r="0" b="8890"/>
            <wp:docPr id="17305622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72" cy="3517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8C26E6" w14:textId="4B3B3B0D" w:rsidR="001426FD" w:rsidRPr="00304CEA" w:rsidRDefault="001426FD">
      <w:pPr>
        <w:jc w:val="center"/>
      </w:pPr>
    </w:p>
    <w:p w14:paraId="53911835" w14:textId="77777777" w:rsidR="00FB0BAE" w:rsidRPr="00304CEA" w:rsidRDefault="00000000">
      <w:pPr>
        <w:pStyle w:val="Heading1"/>
      </w:pPr>
      <w:r w:rsidRPr="00304CEA">
        <w:t>1. Theme Overview</w:t>
      </w:r>
    </w:p>
    <w:p w14:paraId="060C6FC0" w14:textId="77777777" w:rsidR="00C14031" w:rsidRDefault="00000000" w:rsidP="00C14031">
      <w:r w:rsidRPr="00304CEA">
        <w:t>The 2025 UNNC Robot Olympics challenges participants to design and build a single autonomous robot capable of competing in multiple athletic-style events. Each challenge tests a different mechanical and programming skill, promoting creativity, engineering precision, and teamwork.</w:t>
      </w:r>
    </w:p>
    <w:p w14:paraId="664C0C6A" w14:textId="77777777" w:rsidR="00C14031" w:rsidRDefault="00000000" w:rsidP="00C14031">
      <w:pPr>
        <w:pStyle w:val="ListParagraph"/>
        <w:numPr>
          <w:ilvl w:val="0"/>
          <w:numId w:val="16"/>
        </w:numPr>
      </w:pPr>
      <w:r w:rsidRPr="00304CEA">
        <w:t>Each entry (team or individual) must build one robot to compete across all challenges.</w:t>
      </w:r>
    </w:p>
    <w:p w14:paraId="2C51104A" w14:textId="77777777" w:rsidR="00C14031" w:rsidRDefault="00000000" w:rsidP="00C14031">
      <w:pPr>
        <w:pStyle w:val="ListParagraph"/>
        <w:numPr>
          <w:ilvl w:val="0"/>
          <w:numId w:val="16"/>
        </w:numPr>
      </w:pPr>
      <w:r w:rsidRPr="00304CEA">
        <w:t xml:space="preserve">Participants may use a Lego Mindstorms EV3 set provided by the </w:t>
      </w:r>
      <w:proofErr w:type="gramStart"/>
      <w:r w:rsidRPr="00304CEA">
        <w:t>Faculty</w:t>
      </w:r>
      <w:proofErr w:type="gramEnd"/>
      <w:r w:rsidRPr="00304CEA">
        <w:t xml:space="preserve"> (issued from the library). Use of the EV3 kit is encouraged but not compulsory.</w:t>
      </w:r>
    </w:p>
    <w:p w14:paraId="5E9CEB9B" w14:textId="77777777" w:rsidR="00C14031" w:rsidRDefault="00000000" w:rsidP="00C14031">
      <w:pPr>
        <w:pStyle w:val="ListParagraph"/>
        <w:numPr>
          <w:ilvl w:val="0"/>
          <w:numId w:val="16"/>
        </w:numPr>
      </w:pPr>
      <w:r w:rsidRPr="00304CEA">
        <w:t>Robots must be autonomous and pre-programmed. Remote control or live teleoperation during any challenge is strictly prohibited.</w:t>
      </w:r>
    </w:p>
    <w:p w14:paraId="005A8C8A" w14:textId="2183A432" w:rsidR="00FB0BAE" w:rsidRPr="00304CEA" w:rsidRDefault="00000000" w:rsidP="00C14031">
      <w:pPr>
        <w:pStyle w:val="ListParagraph"/>
        <w:numPr>
          <w:ilvl w:val="0"/>
          <w:numId w:val="16"/>
        </w:numPr>
      </w:pPr>
      <w:r w:rsidRPr="00304CEA">
        <w:t>The same robot design must compete in all events (modifications between events are allowed, provided they occur within scheduled preparation times).</w:t>
      </w:r>
    </w:p>
    <w:p w14:paraId="2CCE3119" w14:textId="77777777" w:rsidR="00FB0BAE" w:rsidRPr="00304CEA" w:rsidRDefault="00000000">
      <w:pPr>
        <w:pStyle w:val="Heading1"/>
      </w:pPr>
      <w:r w:rsidRPr="00304CEA">
        <w:t>2. Participation</w:t>
      </w:r>
    </w:p>
    <w:p w14:paraId="5D6FBC8B" w14:textId="124B2DB9" w:rsidR="00304CEA" w:rsidRPr="00304CEA" w:rsidRDefault="00000000" w:rsidP="00304CEA">
      <w:pPr>
        <w:pStyle w:val="ListParagraph"/>
        <w:numPr>
          <w:ilvl w:val="0"/>
          <w:numId w:val="13"/>
        </w:numPr>
      </w:pPr>
      <w:r w:rsidRPr="00304CEA">
        <w:t>Eligibility</w:t>
      </w:r>
    </w:p>
    <w:p w14:paraId="023BB854" w14:textId="6523B7EC" w:rsidR="00304CEA" w:rsidRPr="00304CEA" w:rsidRDefault="00000000" w:rsidP="00304CEA">
      <w:pPr>
        <w:pStyle w:val="ListParagraph"/>
        <w:numPr>
          <w:ilvl w:val="1"/>
          <w:numId w:val="13"/>
        </w:numPr>
      </w:pPr>
      <w:r w:rsidRPr="00304CEA">
        <w:t>Open to Undergraduate (UG) and Postgraduate (PG) students of UNNC</w:t>
      </w:r>
      <w:r w:rsidR="00304CEA" w:rsidRPr="00304CEA">
        <w:t>.</w:t>
      </w:r>
    </w:p>
    <w:p w14:paraId="0CC79E61" w14:textId="77777777" w:rsidR="00304CEA" w:rsidRPr="00304CEA" w:rsidRDefault="00304CEA" w:rsidP="00304CEA">
      <w:pPr>
        <w:pStyle w:val="ListParagraph"/>
        <w:numPr>
          <w:ilvl w:val="1"/>
          <w:numId w:val="13"/>
        </w:numPr>
      </w:pPr>
      <w:r w:rsidRPr="00304CEA">
        <w:t xml:space="preserve">Open to all </w:t>
      </w:r>
      <w:r w:rsidRPr="00304CEA">
        <w:t>Preliminary Year students</w:t>
      </w:r>
      <w:r w:rsidRPr="00304CEA">
        <w:t>.</w:t>
      </w:r>
    </w:p>
    <w:p w14:paraId="683FB606" w14:textId="77777777" w:rsidR="00304CEA" w:rsidRPr="00304CEA" w:rsidRDefault="00000000" w:rsidP="00304CEA">
      <w:pPr>
        <w:pStyle w:val="ListParagraph"/>
        <w:numPr>
          <w:ilvl w:val="1"/>
          <w:numId w:val="13"/>
        </w:numPr>
      </w:pPr>
      <w:r w:rsidRPr="00304CEA">
        <w:t>UG participants</w:t>
      </w:r>
      <w:r w:rsidR="00304CEA" w:rsidRPr="00304CEA">
        <w:t xml:space="preserve"> in years 2-4</w:t>
      </w:r>
      <w:r w:rsidRPr="00304CEA">
        <w:t xml:space="preserve"> must be registered in the Department of Mechanical, Materials and Manufacturing Engineering (M3) — including Mechanical Engineering, Product Design and Manufacture, </w:t>
      </w:r>
      <w:r w:rsidR="00304CEA" w:rsidRPr="00304CEA">
        <w:t xml:space="preserve">and </w:t>
      </w:r>
      <w:r w:rsidRPr="00304CEA">
        <w:t>Aerospace Engineering</w:t>
      </w:r>
      <w:r w:rsidR="00304CEA" w:rsidRPr="00304CEA">
        <w:t>.</w:t>
      </w:r>
    </w:p>
    <w:p w14:paraId="0D7A1B54" w14:textId="2077304C" w:rsidR="00304CEA" w:rsidRPr="00304CEA" w:rsidRDefault="00000000" w:rsidP="00304CEA">
      <w:pPr>
        <w:pStyle w:val="ListParagraph"/>
        <w:numPr>
          <w:ilvl w:val="0"/>
          <w:numId w:val="13"/>
        </w:numPr>
      </w:pPr>
      <w:r w:rsidRPr="00304CEA">
        <w:t>Team Composition</w:t>
      </w:r>
    </w:p>
    <w:p w14:paraId="2CA79674" w14:textId="77777777" w:rsidR="00304CEA" w:rsidRPr="00304CEA" w:rsidRDefault="00000000" w:rsidP="00304CEA">
      <w:pPr>
        <w:pStyle w:val="ListParagraph"/>
        <w:numPr>
          <w:ilvl w:val="1"/>
          <w:numId w:val="13"/>
        </w:numPr>
      </w:pPr>
      <w:r w:rsidRPr="00304CEA">
        <w:t>Entries may be individual or team-based (maximum 4 members per team).</w:t>
      </w:r>
    </w:p>
    <w:p w14:paraId="3C090AA3" w14:textId="77777777" w:rsidR="00304CEA" w:rsidRPr="00304CEA" w:rsidRDefault="00000000" w:rsidP="00304CEA">
      <w:pPr>
        <w:pStyle w:val="ListParagraph"/>
        <w:numPr>
          <w:ilvl w:val="1"/>
          <w:numId w:val="13"/>
        </w:numPr>
      </w:pPr>
      <w:r w:rsidRPr="00304CEA">
        <w:t>Teams must nominate a Team Leader for communications and submissions.</w:t>
      </w:r>
    </w:p>
    <w:p w14:paraId="4F2E747A" w14:textId="77777777" w:rsidR="00304CEA" w:rsidRPr="00304CEA" w:rsidRDefault="00000000" w:rsidP="00304CEA">
      <w:pPr>
        <w:pStyle w:val="ListParagraph"/>
        <w:numPr>
          <w:ilvl w:val="0"/>
          <w:numId w:val="13"/>
        </w:numPr>
      </w:pPr>
      <w:r w:rsidRPr="00304CEA">
        <w:t>Entry and Selection</w:t>
      </w:r>
    </w:p>
    <w:p w14:paraId="6D07BA12" w14:textId="77777777" w:rsidR="00304CEA" w:rsidRPr="00304CEA" w:rsidRDefault="00000000" w:rsidP="00304CEA">
      <w:pPr>
        <w:pStyle w:val="ListParagraph"/>
        <w:numPr>
          <w:ilvl w:val="1"/>
          <w:numId w:val="13"/>
        </w:numPr>
      </w:pPr>
      <w:r w:rsidRPr="00304CEA">
        <w:t>Participant slots are limited. In the case of oversubscription, team entries will be prioritised.</w:t>
      </w:r>
    </w:p>
    <w:p w14:paraId="4F577A42" w14:textId="77777777" w:rsidR="00304CEA" w:rsidRDefault="00000000" w:rsidP="00304CEA">
      <w:pPr>
        <w:pStyle w:val="ListParagraph"/>
        <w:numPr>
          <w:ilvl w:val="1"/>
          <w:numId w:val="13"/>
        </w:numPr>
      </w:pPr>
      <w:r w:rsidRPr="00304CEA">
        <w:lastRenderedPageBreak/>
        <w:t>The selection panel reserves the right to shortlist entries based on application quality.</w:t>
      </w:r>
    </w:p>
    <w:p w14:paraId="73814D78" w14:textId="77777777" w:rsidR="00304CEA" w:rsidRDefault="00000000" w:rsidP="00304CEA">
      <w:pPr>
        <w:pStyle w:val="ListParagraph"/>
        <w:numPr>
          <w:ilvl w:val="0"/>
          <w:numId w:val="13"/>
        </w:numPr>
      </w:pPr>
      <w:r w:rsidRPr="00304CEA">
        <w:t>Registration</w:t>
      </w:r>
    </w:p>
    <w:p w14:paraId="7D3E50F0" w14:textId="7256CEC0" w:rsidR="00FB0BAE" w:rsidRPr="00304CEA" w:rsidRDefault="00000000" w:rsidP="00304CEA">
      <w:pPr>
        <w:pStyle w:val="ListParagraph"/>
        <w:numPr>
          <w:ilvl w:val="1"/>
          <w:numId w:val="13"/>
        </w:numPr>
      </w:pPr>
      <w:r w:rsidRPr="00304CEA">
        <w:t xml:space="preserve">All participants must complete the MS Forms registration by 31st October 2025: </w:t>
      </w:r>
      <w:hyperlink r:id="rId10" w:history="1">
        <w:r w:rsidR="00304CEA" w:rsidRPr="009F6E0F">
          <w:rPr>
            <w:rStyle w:val="Hyperlink"/>
          </w:rPr>
          <w:t>https://forms.office.com/r/paxgNzJVwT</w:t>
        </w:r>
      </w:hyperlink>
      <w:r w:rsidR="00304CEA">
        <w:t xml:space="preserve"> </w:t>
      </w:r>
    </w:p>
    <w:p w14:paraId="5AB41301" w14:textId="77777777" w:rsidR="00FB0BAE" w:rsidRPr="00304CEA" w:rsidRDefault="00000000">
      <w:pPr>
        <w:pStyle w:val="Heading1"/>
      </w:pPr>
      <w:r w:rsidRPr="00304CEA">
        <w:t>3. Key Dates and Agenda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611"/>
      </w:tblGrid>
      <w:tr w:rsidR="00FB0BAE" w:rsidRPr="00304CEA" w14:paraId="64A4E3C3" w14:textId="77777777" w:rsidTr="00C72A53">
        <w:tc>
          <w:tcPr>
            <w:tcW w:w="4320" w:type="dxa"/>
          </w:tcPr>
          <w:p w14:paraId="4949E51B" w14:textId="77777777" w:rsidR="00FB0BAE" w:rsidRPr="00304CEA" w:rsidRDefault="00000000">
            <w:r w:rsidRPr="00304CEA">
              <w:t>Date</w:t>
            </w:r>
          </w:p>
        </w:tc>
        <w:tc>
          <w:tcPr>
            <w:tcW w:w="4611" w:type="dxa"/>
          </w:tcPr>
          <w:p w14:paraId="32E70B2F" w14:textId="77777777" w:rsidR="00FB0BAE" w:rsidRPr="00304CEA" w:rsidRDefault="00000000">
            <w:r w:rsidRPr="00304CEA">
              <w:t>Activity</w:t>
            </w:r>
          </w:p>
        </w:tc>
      </w:tr>
      <w:tr w:rsidR="00FB0BAE" w:rsidRPr="00304CEA" w14:paraId="6AB9DEC3" w14:textId="77777777" w:rsidTr="00C72A53">
        <w:tc>
          <w:tcPr>
            <w:tcW w:w="4320" w:type="dxa"/>
          </w:tcPr>
          <w:p w14:paraId="24C299F1" w14:textId="77777777" w:rsidR="00FB0BAE" w:rsidRPr="00304CEA" w:rsidRDefault="00000000">
            <w:r w:rsidRPr="00304CEA">
              <w:t>31 Oct 2025</w:t>
            </w:r>
          </w:p>
        </w:tc>
        <w:tc>
          <w:tcPr>
            <w:tcW w:w="4611" w:type="dxa"/>
          </w:tcPr>
          <w:p w14:paraId="58986DD1" w14:textId="77777777" w:rsidR="00FB0BAE" w:rsidRPr="00304CEA" w:rsidRDefault="00000000">
            <w:r w:rsidRPr="00304CEA">
              <w:t>Registration closes</w:t>
            </w:r>
          </w:p>
        </w:tc>
      </w:tr>
      <w:tr w:rsidR="00FB0BAE" w:rsidRPr="00304CEA" w14:paraId="6383E9C9" w14:textId="77777777" w:rsidTr="00C72A53">
        <w:tc>
          <w:tcPr>
            <w:tcW w:w="4320" w:type="dxa"/>
          </w:tcPr>
          <w:p w14:paraId="77A3D7FF" w14:textId="77777777" w:rsidR="00FB0BAE" w:rsidRPr="00304CEA" w:rsidRDefault="00000000">
            <w:r w:rsidRPr="00304CEA">
              <w:t>3 Nov 2025</w:t>
            </w:r>
          </w:p>
        </w:tc>
        <w:tc>
          <w:tcPr>
            <w:tcW w:w="4611" w:type="dxa"/>
          </w:tcPr>
          <w:p w14:paraId="63A246D3" w14:textId="77777777" w:rsidR="00FB0BAE" w:rsidRPr="00304CEA" w:rsidRDefault="00000000">
            <w:r w:rsidRPr="00304CEA">
              <w:t>Notification of successful applicants</w:t>
            </w:r>
          </w:p>
        </w:tc>
      </w:tr>
      <w:tr w:rsidR="00FB0BAE" w:rsidRPr="00304CEA" w14:paraId="46CAF4FC" w14:textId="77777777" w:rsidTr="00C72A53">
        <w:tc>
          <w:tcPr>
            <w:tcW w:w="4320" w:type="dxa"/>
          </w:tcPr>
          <w:p w14:paraId="56ACBBC1" w14:textId="77777777" w:rsidR="00FB0BAE" w:rsidRPr="00304CEA" w:rsidRDefault="00000000">
            <w:r w:rsidRPr="00304CEA">
              <w:t>6 Nov 2025</w:t>
            </w:r>
          </w:p>
        </w:tc>
        <w:tc>
          <w:tcPr>
            <w:tcW w:w="4611" w:type="dxa"/>
          </w:tcPr>
          <w:p w14:paraId="3BABBEFE" w14:textId="77777777" w:rsidR="00FB0BAE" w:rsidRPr="00304CEA" w:rsidRDefault="00000000">
            <w:r w:rsidRPr="00304CEA">
              <w:t xml:space="preserve">EV3 kits available for issue from the </w:t>
            </w:r>
            <w:proofErr w:type="gramStart"/>
            <w:r w:rsidRPr="00304CEA">
              <w:t>Library</w:t>
            </w:r>
            <w:proofErr w:type="gramEnd"/>
          </w:p>
        </w:tc>
      </w:tr>
      <w:tr w:rsidR="00FB0BAE" w:rsidRPr="00304CEA" w14:paraId="5E01F17F" w14:textId="77777777" w:rsidTr="00C72A53">
        <w:tc>
          <w:tcPr>
            <w:tcW w:w="4320" w:type="dxa"/>
          </w:tcPr>
          <w:p w14:paraId="732531CC" w14:textId="77777777" w:rsidR="00FB0BAE" w:rsidRPr="00304CEA" w:rsidRDefault="00000000">
            <w:r w:rsidRPr="00304CEA">
              <w:t>21 Nov 2025</w:t>
            </w:r>
          </w:p>
        </w:tc>
        <w:tc>
          <w:tcPr>
            <w:tcW w:w="4611" w:type="dxa"/>
          </w:tcPr>
          <w:p w14:paraId="74F45F89" w14:textId="77777777" w:rsidR="00FB0BAE" w:rsidRPr="00304CEA" w:rsidRDefault="00000000">
            <w:r w:rsidRPr="00304CEA">
              <w:t>Competition Day (CSIAED Conference)</w:t>
            </w:r>
          </w:p>
        </w:tc>
      </w:tr>
      <w:tr w:rsidR="00FB0BAE" w:rsidRPr="00304CEA" w14:paraId="08F0DF6B" w14:textId="77777777" w:rsidTr="00C72A53">
        <w:tc>
          <w:tcPr>
            <w:tcW w:w="4320" w:type="dxa"/>
          </w:tcPr>
          <w:p w14:paraId="0B9A702E" w14:textId="77777777" w:rsidR="00FB0BAE" w:rsidRPr="00304CEA" w:rsidRDefault="00000000">
            <w:r w:rsidRPr="00304CEA">
              <w:t>21 Nov 2025 (afternoon)</w:t>
            </w:r>
          </w:p>
        </w:tc>
        <w:tc>
          <w:tcPr>
            <w:tcW w:w="4611" w:type="dxa"/>
          </w:tcPr>
          <w:p w14:paraId="3ECE3C6C" w14:textId="77777777" w:rsidR="00FB0BAE" w:rsidRPr="00304CEA" w:rsidRDefault="00000000">
            <w:r w:rsidRPr="00304CEA">
              <w:t>Awards Ceremony</w:t>
            </w:r>
          </w:p>
        </w:tc>
      </w:tr>
    </w:tbl>
    <w:p w14:paraId="1BB7B9BB" w14:textId="77777777" w:rsidR="00FB0BAE" w:rsidRPr="00304CEA" w:rsidRDefault="00000000">
      <w:pPr>
        <w:pStyle w:val="Heading1"/>
      </w:pPr>
      <w:r w:rsidRPr="00304CEA">
        <w:t>4. Competition Events and Rules</w:t>
      </w:r>
    </w:p>
    <w:p w14:paraId="725CF4B3" w14:textId="25C3E28B" w:rsidR="00FB0BAE" w:rsidRPr="00304CEA" w:rsidRDefault="00000000">
      <w:r w:rsidRPr="00304CEA">
        <w:t>Each robot will compete in five challenges. Teams may modify robots between events within preparation times</w:t>
      </w:r>
      <w:r w:rsidR="005D2E60">
        <w:t xml:space="preserve"> (~15 mins)</w:t>
      </w:r>
      <w:r w:rsidRPr="00304CEA">
        <w:t>.</w:t>
      </w:r>
    </w:p>
    <w:p w14:paraId="732478F3" w14:textId="77777777" w:rsidR="00FB0BAE" w:rsidRPr="00304CEA" w:rsidRDefault="00000000">
      <w:pPr>
        <w:pStyle w:val="Heading2"/>
      </w:pPr>
      <w:r w:rsidRPr="00304CEA">
        <w:t>Rope Climb</w:t>
      </w:r>
    </w:p>
    <w:p w14:paraId="59410148" w14:textId="77777777" w:rsidR="00FB0BAE" w:rsidRPr="00304CEA" w:rsidRDefault="00000000">
      <w:r w:rsidRPr="00304CEA">
        <w:t>• Climb a 30 mm diameter rope vertically, carrying own weight.</w:t>
      </w:r>
    </w:p>
    <w:p w14:paraId="2DDAFC80" w14:textId="77777777" w:rsidR="00FB0BAE" w:rsidRPr="00304CEA" w:rsidRDefault="00000000">
      <w:r w:rsidRPr="00304CEA">
        <w:t>• Start from rest at the base of the rope.</w:t>
      </w:r>
    </w:p>
    <w:p w14:paraId="45159011" w14:textId="77777777" w:rsidR="00FB0BAE" w:rsidRPr="00304CEA" w:rsidRDefault="00000000">
      <w:r w:rsidRPr="00304CEA">
        <w:t>• Timer stops at 1.5 m height.</w:t>
      </w:r>
    </w:p>
    <w:p w14:paraId="6744C6A6" w14:textId="77777777" w:rsidR="00FB0BAE" w:rsidRPr="00304CEA" w:rsidRDefault="00000000">
      <w:r w:rsidRPr="00304CEA">
        <w:t>• 2-minute limit; highest climb used if not complete.</w:t>
      </w:r>
    </w:p>
    <w:p w14:paraId="5485AC6A" w14:textId="77777777" w:rsidR="00FB0BAE" w:rsidRPr="00304CEA" w:rsidRDefault="00000000">
      <w:r w:rsidRPr="00304CEA">
        <w:t>• Scoring: Speed (6), Stability (2), Design ingenuity (2).</w:t>
      </w:r>
    </w:p>
    <w:p w14:paraId="27343DBE" w14:textId="77777777" w:rsidR="00FB0BAE" w:rsidRPr="00304CEA" w:rsidRDefault="00000000">
      <w:pPr>
        <w:pStyle w:val="Heading2"/>
      </w:pPr>
      <w:r w:rsidRPr="00304CEA">
        <w:t>Balancing Beam</w:t>
      </w:r>
    </w:p>
    <w:p w14:paraId="1A3176B2" w14:textId="77777777" w:rsidR="00FB0BAE" w:rsidRPr="00304CEA" w:rsidRDefault="00000000">
      <w:r w:rsidRPr="00304CEA">
        <w:t>• Cross a 20 mm wide, 1 m beam without falling.</w:t>
      </w:r>
    </w:p>
    <w:p w14:paraId="76A347E1" w14:textId="77777777" w:rsidR="00FB0BAE" w:rsidRPr="00304CEA" w:rsidRDefault="00000000">
      <w:r w:rsidRPr="00304CEA">
        <w:t xml:space="preserve">• 3 attempts </w:t>
      </w:r>
      <w:proofErr w:type="gramStart"/>
      <w:r w:rsidRPr="00304CEA">
        <w:t>allowed;</w:t>
      </w:r>
      <w:proofErr w:type="gramEnd"/>
      <w:r w:rsidRPr="00304CEA">
        <w:t xml:space="preserve"> fastest successful run wins.</w:t>
      </w:r>
    </w:p>
    <w:p w14:paraId="71096BEF" w14:textId="77777777" w:rsidR="00FB0BAE" w:rsidRPr="00304CEA" w:rsidRDefault="00000000">
      <w:r w:rsidRPr="00304CEA">
        <w:t>• Scoring: Completion/time (6), Stability (2), Creativity (2).</w:t>
      </w:r>
    </w:p>
    <w:p w14:paraId="117EB0EE" w14:textId="77777777" w:rsidR="00FB0BAE" w:rsidRPr="00304CEA" w:rsidRDefault="00000000">
      <w:pPr>
        <w:pStyle w:val="Heading2"/>
      </w:pPr>
      <w:r w:rsidRPr="00304CEA">
        <w:t>Hurdles</w:t>
      </w:r>
    </w:p>
    <w:p w14:paraId="44564CBD" w14:textId="77777777" w:rsidR="00FB0BAE" w:rsidRPr="00304CEA" w:rsidRDefault="00000000">
      <w:r w:rsidRPr="00304CEA">
        <w:t>• Navigate a 1.5 m track with 50 mm hurdles.</w:t>
      </w:r>
    </w:p>
    <w:p w14:paraId="3DCAC3EE" w14:textId="77777777" w:rsidR="00FB0BAE" w:rsidRPr="00304CEA" w:rsidRDefault="00000000">
      <w:r w:rsidRPr="00304CEA">
        <w:t>• Penalties: +3 seconds for wall/hurdle contact.</w:t>
      </w:r>
    </w:p>
    <w:p w14:paraId="26CB5010" w14:textId="77777777" w:rsidR="00FB0BAE" w:rsidRPr="00304CEA" w:rsidRDefault="00000000">
      <w:r w:rsidRPr="00304CEA">
        <w:t>• Scoring: Completion/time (6), Accuracy (2), Efficiency (2).</w:t>
      </w:r>
    </w:p>
    <w:p w14:paraId="60CB3E0B" w14:textId="77777777" w:rsidR="00FB0BAE" w:rsidRPr="00304CEA" w:rsidRDefault="00000000">
      <w:pPr>
        <w:pStyle w:val="Heading2"/>
      </w:pPr>
      <w:r w:rsidRPr="00304CEA">
        <w:t>Tug of War</w:t>
      </w:r>
    </w:p>
    <w:p w14:paraId="701809BB" w14:textId="77777777" w:rsidR="00FB0BAE" w:rsidRPr="00304CEA" w:rsidRDefault="00000000">
      <w:r w:rsidRPr="00304CEA">
        <w:t>• Two robots pull opposite ends of a 30 mm rope.</w:t>
      </w:r>
    </w:p>
    <w:p w14:paraId="653A2DB0" w14:textId="77777777" w:rsidR="00FB0BAE" w:rsidRPr="00304CEA" w:rsidRDefault="00000000">
      <w:r w:rsidRPr="00304CEA">
        <w:t>• Victory: pull opponent over centre line within 2 min.</w:t>
      </w:r>
    </w:p>
    <w:p w14:paraId="03F7A25E" w14:textId="77777777" w:rsidR="00FB0BAE" w:rsidRPr="00304CEA" w:rsidRDefault="00000000">
      <w:r w:rsidRPr="00304CEA">
        <w:lastRenderedPageBreak/>
        <w:t>• Scoring: Match win (6), Grip/traction (2), Consistency (2).</w:t>
      </w:r>
    </w:p>
    <w:p w14:paraId="4E1C9311" w14:textId="77777777" w:rsidR="00FB0BAE" w:rsidRPr="00304CEA" w:rsidRDefault="00000000">
      <w:pPr>
        <w:pStyle w:val="Heading2"/>
      </w:pPr>
      <w:r w:rsidRPr="00304CEA">
        <w:t>Jousting</w:t>
      </w:r>
    </w:p>
    <w:p w14:paraId="3942BF61" w14:textId="77777777" w:rsidR="00FB0BAE" w:rsidRPr="00304CEA" w:rsidRDefault="00000000">
      <w:r w:rsidRPr="00304CEA">
        <w:t>• Strike opponent’s 100 mm target plate using a mounted lance.</w:t>
      </w:r>
    </w:p>
    <w:p w14:paraId="50B4BBA9" w14:textId="77777777" w:rsidR="00FB0BAE" w:rsidRPr="00304CEA" w:rsidRDefault="00000000">
      <w:r w:rsidRPr="00304CEA">
        <w:t>• Arena: 1.5 m × 1.5 m. 2-minute matches.</w:t>
      </w:r>
    </w:p>
    <w:p w14:paraId="409030EA" w14:textId="77777777" w:rsidR="00FB0BAE" w:rsidRPr="00304CEA" w:rsidRDefault="00000000">
      <w:r w:rsidRPr="00304CEA">
        <w:t>• Scoring: Hit accuracy (5), Stability (3), Robustness (2).</w:t>
      </w:r>
    </w:p>
    <w:p w14:paraId="76B157C6" w14:textId="77777777" w:rsidR="00FB0BAE" w:rsidRPr="00304CEA" w:rsidRDefault="00000000">
      <w:pPr>
        <w:pStyle w:val="Heading1"/>
      </w:pPr>
      <w:r w:rsidRPr="00304CEA">
        <w:t>5. Judging and Scoring</w:t>
      </w:r>
    </w:p>
    <w:p w14:paraId="0C812DCF" w14:textId="77777777" w:rsidR="00FB0BAE" w:rsidRPr="00304CEA" w:rsidRDefault="00000000">
      <w:r w:rsidRPr="00304CEA">
        <w:t>• Each event contributes up to 10 points for a total of 50.</w:t>
      </w:r>
      <w:r w:rsidRPr="00304CEA">
        <w:br/>
        <w:t>• The highest total determines the winner.</w:t>
      </w:r>
      <w:r w:rsidRPr="00304CEA">
        <w:br/>
        <w:t xml:space="preserve">• </w:t>
      </w:r>
      <w:proofErr w:type="gramStart"/>
      <w:r w:rsidRPr="00304CEA">
        <w:t>Non-participation</w:t>
      </w:r>
      <w:proofErr w:type="gramEnd"/>
      <w:r w:rsidRPr="00304CEA">
        <w:t xml:space="preserve"> in an </w:t>
      </w:r>
      <w:proofErr w:type="gramStart"/>
      <w:r w:rsidRPr="00304CEA">
        <w:t>event yields</w:t>
      </w:r>
      <w:proofErr w:type="gramEnd"/>
      <w:r w:rsidRPr="00304CEA">
        <w:t xml:space="preserve"> zero but no disqualification.</w:t>
      </w:r>
      <w:r w:rsidRPr="00304CEA">
        <w:br/>
        <w:t>• Ties resolved by aggregate time performance.</w:t>
      </w:r>
      <w:r w:rsidRPr="00304CEA">
        <w:br/>
        <w:t>• Judges’ decisions are final.</w:t>
      </w:r>
    </w:p>
    <w:p w14:paraId="52C720CF" w14:textId="77777777" w:rsidR="00FB0BAE" w:rsidRPr="00304CEA" w:rsidRDefault="00000000">
      <w:pPr>
        <w:pStyle w:val="Heading1"/>
      </w:pPr>
      <w:r w:rsidRPr="00304CEA">
        <w:t>6. Awards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B0BAE" w:rsidRPr="00304CEA" w14:paraId="4C004879" w14:textId="77777777">
        <w:tc>
          <w:tcPr>
            <w:tcW w:w="2880" w:type="dxa"/>
          </w:tcPr>
          <w:p w14:paraId="3C429165" w14:textId="77777777" w:rsidR="00FB0BAE" w:rsidRPr="00304CEA" w:rsidRDefault="00000000">
            <w:r w:rsidRPr="00304CEA">
              <w:t>Category</w:t>
            </w:r>
          </w:p>
        </w:tc>
        <w:tc>
          <w:tcPr>
            <w:tcW w:w="2880" w:type="dxa"/>
          </w:tcPr>
          <w:p w14:paraId="60D0B49E" w14:textId="77777777" w:rsidR="00FB0BAE" w:rsidRPr="00304CEA" w:rsidRDefault="00000000">
            <w:r w:rsidRPr="00304CEA">
              <w:t>Prize</w:t>
            </w:r>
          </w:p>
        </w:tc>
        <w:tc>
          <w:tcPr>
            <w:tcW w:w="2880" w:type="dxa"/>
          </w:tcPr>
          <w:p w14:paraId="41AE04F0" w14:textId="77777777" w:rsidR="00FB0BAE" w:rsidRPr="00304CEA" w:rsidRDefault="00000000">
            <w:r w:rsidRPr="00304CEA">
              <w:t>Notes</w:t>
            </w:r>
          </w:p>
        </w:tc>
      </w:tr>
      <w:tr w:rsidR="00FB0BAE" w:rsidRPr="00304CEA" w14:paraId="45992D63" w14:textId="77777777">
        <w:tc>
          <w:tcPr>
            <w:tcW w:w="2880" w:type="dxa"/>
          </w:tcPr>
          <w:p w14:paraId="41E92944" w14:textId="77777777" w:rsidR="00FB0BAE" w:rsidRPr="00304CEA" w:rsidRDefault="00000000">
            <w:r w:rsidRPr="00304CEA">
              <w:t>UG 1st Prize</w:t>
            </w:r>
          </w:p>
        </w:tc>
        <w:tc>
          <w:tcPr>
            <w:tcW w:w="2880" w:type="dxa"/>
          </w:tcPr>
          <w:p w14:paraId="28E0F158" w14:textId="77777777" w:rsidR="00FB0BAE" w:rsidRPr="00304CEA" w:rsidRDefault="00000000">
            <w:r w:rsidRPr="00304CEA">
              <w:t>Bambu Labs A1 3D Printer</w:t>
            </w:r>
          </w:p>
        </w:tc>
        <w:tc>
          <w:tcPr>
            <w:tcW w:w="2880" w:type="dxa"/>
          </w:tcPr>
          <w:p w14:paraId="58977610" w14:textId="77777777" w:rsidR="00FB0BAE" w:rsidRPr="00304CEA" w:rsidRDefault="00000000">
            <w:r w:rsidRPr="00304CEA">
              <w:t>Guaranteed place(s) in Robotics FURP project</w:t>
            </w:r>
          </w:p>
        </w:tc>
      </w:tr>
      <w:tr w:rsidR="00FB0BAE" w:rsidRPr="00304CEA" w14:paraId="2D946087" w14:textId="77777777">
        <w:tc>
          <w:tcPr>
            <w:tcW w:w="2880" w:type="dxa"/>
          </w:tcPr>
          <w:p w14:paraId="206F062F" w14:textId="77777777" w:rsidR="00FB0BAE" w:rsidRPr="00304CEA" w:rsidRDefault="00000000">
            <w:r w:rsidRPr="00304CEA">
              <w:t>UG 2nd Prize</w:t>
            </w:r>
          </w:p>
        </w:tc>
        <w:tc>
          <w:tcPr>
            <w:tcW w:w="2880" w:type="dxa"/>
          </w:tcPr>
          <w:p w14:paraId="5E4CFD08" w14:textId="77777777" w:rsidR="00FB0BAE" w:rsidRPr="00304CEA" w:rsidRDefault="00000000">
            <w:r w:rsidRPr="00304CEA">
              <w:t>Robot Dog Building Kit</w:t>
            </w:r>
          </w:p>
        </w:tc>
        <w:tc>
          <w:tcPr>
            <w:tcW w:w="2880" w:type="dxa"/>
          </w:tcPr>
          <w:p w14:paraId="4A941271" w14:textId="77777777" w:rsidR="00FB0BAE" w:rsidRPr="00304CEA" w:rsidRDefault="00000000">
            <w:r w:rsidRPr="00304CEA">
              <w:t>Guaranteed place(s) in Robotics FURP project</w:t>
            </w:r>
          </w:p>
        </w:tc>
      </w:tr>
      <w:tr w:rsidR="00FB0BAE" w:rsidRPr="00304CEA" w14:paraId="689ED3FE" w14:textId="77777777">
        <w:tc>
          <w:tcPr>
            <w:tcW w:w="2880" w:type="dxa"/>
          </w:tcPr>
          <w:p w14:paraId="3047EEF7" w14:textId="77777777" w:rsidR="00FB0BAE" w:rsidRPr="00304CEA" w:rsidRDefault="00000000">
            <w:r w:rsidRPr="00304CEA">
              <w:t>UG 3rd Prize</w:t>
            </w:r>
          </w:p>
        </w:tc>
        <w:tc>
          <w:tcPr>
            <w:tcW w:w="2880" w:type="dxa"/>
          </w:tcPr>
          <w:p w14:paraId="52A73DFD" w14:textId="77777777" w:rsidR="00FB0BAE" w:rsidRPr="00304CEA" w:rsidRDefault="00000000">
            <w:r w:rsidRPr="00304CEA">
              <w:t>WALL·E Robot Kit</w:t>
            </w:r>
          </w:p>
        </w:tc>
        <w:tc>
          <w:tcPr>
            <w:tcW w:w="2880" w:type="dxa"/>
          </w:tcPr>
          <w:p w14:paraId="7501FEF4" w14:textId="77777777" w:rsidR="00FB0BAE" w:rsidRPr="00304CEA" w:rsidRDefault="00000000">
            <w:r w:rsidRPr="00304CEA">
              <w:t>Guaranteed place(s) in Robotics FURP project</w:t>
            </w:r>
          </w:p>
        </w:tc>
      </w:tr>
      <w:tr w:rsidR="00FB0BAE" w:rsidRPr="00304CEA" w14:paraId="00DEF53A" w14:textId="77777777">
        <w:tc>
          <w:tcPr>
            <w:tcW w:w="2880" w:type="dxa"/>
          </w:tcPr>
          <w:p w14:paraId="3037B322" w14:textId="77777777" w:rsidR="00FB0BAE" w:rsidRPr="00304CEA" w:rsidRDefault="00000000">
            <w:r w:rsidRPr="00304CEA">
              <w:t>PG 1st Prize</w:t>
            </w:r>
          </w:p>
        </w:tc>
        <w:tc>
          <w:tcPr>
            <w:tcW w:w="2880" w:type="dxa"/>
          </w:tcPr>
          <w:p w14:paraId="63DFDC7E" w14:textId="77777777" w:rsidR="00FB0BAE" w:rsidRPr="00304CEA" w:rsidRDefault="00000000">
            <w:r w:rsidRPr="00304CEA">
              <w:t>Conference Grant</w:t>
            </w:r>
          </w:p>
        </w:tc>
        <w:tc>
          <w:tcPr>
            <w:tcW w:w="2880" w:type="dxa"/>
          </w:tcPr>
          <w:p w14:paraId="1E1AB002" w14:textId="77777777" w:rsidR="00FB0BAE" w:rsidRPr="00304CEA" w:rsidRDefault="00000000">
            <w:r w:rsidRPr="00304CEA">
              <w:t>—</w:t>
            </w:r>
          </w:p>
        </w:tc>
      </w:tr>
    </w:tbl>
    <w:p w14:paraId="047263E7" w14:textId="77777777" w:rsidR="00FB0BAE" w:rsidRPr="00304CEA" w:rsidRDefault="00000000">
      <w:pPr>
        <w:pStyle w:val="Heading1"/>
      </w:pPr>
      <w:r w:rsidRPr="00304CEA">
        <w:t>7. Inquiries</w:t>
      </w:r>
    </w:p>
    <w:p w14:paraId="42E323C2" w14:textId="4F35F5B9" w:rsidR="00805251" w:rsidRPr="00805251" w:rsidRDefault="00000000" w:rsidP="00805251">
      <w:r w:rsidRPr="00304CEA">
        <w:t xml:space="preserve">For all inquiries, </w:t>
      </w:r>
      <w:r w:rsidR="004164EA">
        <w:t>see</w:t>
      </w:r>
      <w:r w:rsidRPr="00304CEA">
        <w:t>:</w:t>
      </w:r>
      <w:r w:rsidRPr="00304CEA">
        <w:br/>
      </w:r>
      <w:hyperlink r:id="rId11" w:history="1">
        <w:r w:rsidR="00805251" w:rsidRPr="00805251">
          <w:rPr>
            <w:rStyle w:val="Hyperlink"/>
          </w:rPr>
          <w:t xml:space="preserve">UNNC 2025 Robot Olympics Forum | Group Chat | </w:t>
        </w:r>
        <w:r w:rsidR="00805251" w:rsidRPr="00805251">
          <w:rPr>
            <w:rStyle w:val="Hyperlink"/>
          </w:rPr>
          <w:t>M</w:t>
        </w:r>
        <w:r w:rsidR="00805251" w:rsidRPr="00805251">
          <w:rPr>
            <w:rStyle w:val="Hyperlink"/>
          </w:rPr>
          <w:t>icrosoft Teams</w:t>
        </w:r>
      </w:hyperlink>
    </w:p>
    <w:p w14:paraId="336F4061" w14:textId="1EDF9E73" w:rsidR="00FB0BAE" w:rsidRPr="00304CEA" w:rsidRDefault="00000000">
      <w:r w:rsidRPr="00304CEA">
        <w:br/>
        <w:t>Supporting staff: 1 × PhD Student (TBC)</w:t>
      </w:r>
    </w:p>
    <w:p w14:paraId="4E0595B3" w14:textId="77777777" w:rsidR="00FB0BAE" w:rsidRPr="00304CEA" w:rsidRDefault="00000000">
      <w:pPr>
        <w:pStyle w:val="Heading1"/>
      </w:pPr>
      <w:r w:rsidRPr="00304CEA">
        <w:t>8. Support and Resources</w:t>
      </w:r>
    </w:p>
    <w:p w14:paraId="474CC104" w14:textId="77777777" w:rsidR="00FB0BAE" w:rsidRPr="00304CEA" w:rsidRDefault="00000000">
      <w:r w:rsidRPr="00304CEA">
        <w:t>Budget Summary: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FB0BAE" w:rsidRPr="00304CEA" w14:paraId="1D39DA3B" w14:textId="77777777">
        <w:tc>
          <w:tcPr>
            <w:tcW w:w="1440" w:type="dxa"/>
          </w:tcPr>
          <w:p w14:paraId="66959576" w14:textId="77777777" w:rsidR="00FB0BAE" w:rsidRPr="00304CEA" w:rsidRDefault="00000000">
            <w:r w:rsidRPr="00304CEA">
              <w:t>Item</w:t>
            </w:r>
          </w:p>
        </w:tc>
        <w:tc>
          <w:tcPr>
            <w:tcW w:w="1440" w:type="dxa"/>
          </w:tcPr>
          <w:p w14:paraId="1393B5FF" w14:textId="77777777" w:rsidR="00FB0BAE" w:rsidRPr="00304CEA" w:rsidRDefault="00000000">
            <w:r w:rsidRPr="00304CEA">
              <w:t>Purpose</w:t>
            </w:r>
          </w:p>
        </w:tc>
        <w:tc>
          <w:tcPr>
            <w:tcW w:w="1440" w:type="dxa"/>
          </w:tcPr>
          <w:p w14:paraId="24B9C138" w14:textId="77777777" w:rsidR="00FB0BAE" w:rsidRPr="00304CEA" w:rsidRDefault="00000000">
            <w:r w:rsidRPr="00304CEA">
              <w:t>Link</w:t>
            </w:r>
          </w:p>
        </w:tc>
        <w:tc>
          <w:tcPr>
            <w:tcW w:w="1440" w:type="dxa"/>
          </w:tcPr>
          <w:p w14:paraId="0536430F" w14:textId="77777777" w:rsidR="00FB0BAE" w:rsidRPr="00304CEA" w:rsidRDefault="00000000">
            <w:r w:rsidRPr="00304CEA">
              <w:t>Unit Price (RMB)</w:t>
            </w:r>
          </w:p>
        </w:tc>
        <w:tc>
          <w:tcPr>
            <w:tcW w:w="1440" w:type="dxa"/>
          </w:tcPr>
          <w:p w14:paraId="0DB75564" w14:textId="77777777" w:rsidR="00FB0BAE" w:rsidRPr="00304CEA" w:rsidRDefault="00000000">
            <w:r w:rsidRPr="00304CEA">
              <w:t>Qty</w:t>
            </w:r>
          </w:p>
        </w:tc>
        <w:tc>
          <w:tcPr>
            <w:tcW w:w="1440" w:type="dxa"/>
          </w:tcPr>
          <w:p w14:paraId="4D53A6FB" w14:textId="77777777" w:rsidR="00FB0BAE" w:rsidRPr="00304CEA" w:rsidRDefault="00000000">
            <w:r w:rsidRPr="00304CEA">
              <w:t>Total (RMB)</w:t>
            </w:r>
          </w:p>
        </w:tc>
      </w:tr>
      <w:tr w:rsidR="00FB0BAE" w:rsidRPr="00304CEA" w14:paraId="0A1AAA58" w14:textId="77777777">
        <w:tc>
          <w:tcPr>
            <w:tcW w:w="1440" w:type="dxa"/>
          </w:tcPr>
          <w:p w14:paraId="4F75C440" w14:textId="77777777" w:rsidR="00FB0BAE" w:rsidRPr="00304CEA" w:rsidRDefault="00000000">
            <w:r w:rsidRPr="00304CEA">
              <w:t>Bambu Labs A1 3D Printer</w:t>
            </w:r>
          </w:p>
        </w:tc>
        <w:tc>
          <w:tcPr>
            <w:tcW w:w="1440" w:type="dxa"/>
          </w:tcPr>
          <w:p w14:paraId="73F6BBA4" w14:textId="77777777" w:rsidR="00FB0BAE" w:rsidRPr="00304CEA" w:rsidRDefault="00000000">
            <w:r w:rsidRPr="00304CEA">
              <w:t>UG 1st Prize</w:t>
            </w:r>
          </w:p>
        </w:tc>
        <w:tc>
          <w:tcPr>
            <w:tcW w:w="1440" w:type="dxa"/>
          </w:tcPr>
          <w:p w14:paraId="5B896E19" w14:textId="40C69E11" w:rsidR="00FB0BAE" w:rsidRPr="00304CEA" w:rsidRDefault="005D2E60">
            <w:hyperlink r:id="rId12" w:history="1">
              <w:r w:rsidR="00000000" w:rsidRPr="005D2E60">
                <w:rPr>
                  <w:rStyle w:val="Hyperlink"/>
                </w:rPr>
                <w:t>tmall.com</w:t>
              </w:r>
            </w:hyperlink>
          </w:p>
        </w:tc>
        <w:tc>
          <w:tcPr>
            <w:tcW w:w="1440" w:type="dxa"/>
          </w:tcPr>
          <w:p w14:paraId="4251A819" w14:textId="77777777" w:rsidR="00FB0BAE" w:rsidRPr="00304CEA" w:rsidRDefault="00000000">
            <w:r w:rsidRPr="00304CEA">
              <w:t>2000</w:t>
            </w:r>
          </w:p>
        </w:tc>
        <w:tc>
          <w:tcPr>
            <w:tcW w:w="1440" w:type="dxa"/>
          </w:tcPr>
          <w:p w14:paraId="51AA99F4" w14:textId="77777777" w:rsidR="00FB0BAE" w:rsidRPr="00304CEA" w:rsidRDefault="00000000">
            <w:r w:rsidRPr="00304CEA">
              <w:t>1</w:t>
            </w:r>
          </w:p>
        </w:tc>
        <w:tc>
          <w:tcPr>
            <w:tcW w:w="1440" w:type="dxa"/>
          </w:tcPr>
          <w:p w14:paraId="18E0FB70" w14:textId="77777777" w:rsidR="00FB0BAE" w:rsidRPr="00304CEA" w:rsidRDefault="00000000">
            <w:r w:rsidRPr="00304CEA">
              <w:t>2000</w:t>
            </w:r>
          </w:p>
        </w:tc>
      </w:tr>
      <w:tr w:rsidR="00FB0BAE" w:rsidRPr="00304CEA" w14:paraId="7E45BFB2" w14:textId="77777777">
        <w:tc>
          <w:tcPr>
            <w:tcW w:w="1440" w:type="dxa"/>
          </w:tcPr>
          <w:p w14:paraId="3C059D5A" w14:textId="77777777" w:rsidR="00FB0BAE" w:rsidRPr="00304CEA" w:rsidRDefault="00000000">
            <w:r w:rsidRPr="00304CEA">
              <w:lastRenderedPageBreak/>
              <w:t>Robot Dog Kit</w:t>
            </w:r>
          </w:p>
        </w:tc>
        <w:tc>
          <w:tcPr>
            <w:tcW w:w="1440" w:type="dxa"/>
          </w:tcPr>
          <w:p w14:paraId="3E72660E" w14:textId="77777777" w:rsidR="00FB0BAE" w:rsidRPr="00304CEA" w:rsidRDefault="00000000">
            <w:r w:rsidRPr="00304CEA">
              <w:t>UG 2nd Prize</w:t>
            </w:r>
          </w:p>
        </w:tc>
        <w:tc>
          <w:tcPr>
            <w:tcW w:w="1440" w:type="dxa"/>
          </w:tcPr>
          <w:p w14:paraId="45C1F131" w14:textId="469D9D26" w:rsidR="00FB0BAE" w:rsidRPr="00304CEA" w:rsidRDefault="005D2E60">
            <w:hyperlink r:id="rId13" w:history="1">
              <w:r w:rsidR="00000000" w:rsidRPr="005D2E60">
                <w:rPr>
                  <w:rStyle w:val="Hyperlink"/>
                </w:rPr>
                <w:t>tmall</w:t>
              </w:r>
            </w:hyperlink>
            <w:r w:rsidR="00000000" w:rsidRPr="00304CEA">
              <w:t>.com</w:t>
            </w:r>
          </w:p>
        </w:tc>
        <w:tc>
          <w:tcPr>
            <w:tcW w:w="1440" w:type="dxa"/>
          </w:tcPr>
          <w:p w14:paraId="3C4EB0EE" w14:textId="77777777" w:rsidR="00FB0BAE" w:rsidRPr="00304CEA" w:rsidRDefault="00000000">
            <w:r w:rsidRPr="00304CEA">
              <w:t>900</w:t>
            </w:r>
          </w:p>
        </w:tc>
        <w:tc>
          <w:tcPr>
            <w:tcW w:w="1440" w:type="dxa"/>
          </w:tcPr>
          <w:p w14:paraId="31E662EB" w14:textId="77777777" w:rsidR="00FB0BAE" w:rsidRPr="00304CEA" w:rsidRDefault="00000000">
            <w:r w:rsidRPr="00304CEA">
              <w:t>1</w:t>
            </w:r>
          </w:p>
        </w:tc>
        <w:tc>
          <w:tcPr>
            <w:tcW w:w="1440" w:type="dxa"/>
          </w:tcPr>
          <w:p w14:paraId="6E6D9DA5" w14:textId="77777777" w:rsidR="00FB0BAE" w:rsidRPr="00304CEA" w:rsidRDefault="00000000">
            <w:r w:rsidRPr="00304CEA">
              <w:t>900</w:t>
            </w:r>
          </w:p>
        </w:tc>
      </w:tr>
      <w:tr w:rsidR="00FB0BAE" w:rsidRPr="00304CEA" w14:paraId="03114AC9" w14:textId="77777777">
        <w:tc>
          <w:tcPr>
            <w:tcW w:w="1440" w:type="dxa"/>
          </w:tcPr>
          <w:p w14:paraId="54D7FA23" w14:textId="77777777" w:rsidR="00FB0BAE" w:rsidRPr="00304CEA" w:rsidRDefault="00000000">
            <w:r w:rsidRPr="00304CEA">
              <w:t>WALL·E Robot Kit</w:t>
            </w:r>
          </w:p>
        </w:tc>
        <w:tc>
          <w:tcPr>
            <w:tcW w:w="1440" w:type="dxa"/>
          </w:tcPr>
          <w:p w14:paraId="7CA3EEE5" w14:textId="77777777" w:rsidR="00FB0BAE" w:rsidRPr="00304CEA" w:rsidRDefault="00000000">
            <w:r w:rsidRPr="00304CEA">
              <w:t>UG 3rd Prize</w:t>
            </w:r>
          </w:p>
        </w:tc>
        <w:tc>
          <w:tcPr>
            <w:tcW w:w="1440" w:type="dxa"/>
          </w:tcPr>
          <w:p w14:paraId="3810D3C2" w14:textId="5F0F4E30" w:rsidR="00FB0BAE" w:rsidRPr="00304CEA" w:rsidRDefault="005D2E60">
            <w:hyperlink r:id="rId14" w:history="1">
              <w:r w:rsidR="00000000" w:rsidRPr="005D2E60">
                <w:rPr>
                  <w:rStyle w:val="Hyperlink"/>
                </w:rPr>
                <w:t>tmall.com</w:t>
              </w:r>
            </w:hyperlink>
          </w:p>
        </w:tc>
        <w:tc>
          <w:tcPr>
            <w:tcW w:w="1440" w:type="dxa"/>
          </w:tcPr>
          <w:p w14:paraId="78988A05" w14:textId="77777777" w:rsidR="00FB0BAE" w:rsidRPr="00304CEA" w:rsidRDefault="00000000">
            <w:r w:rsidRPr="00304CEA">
              <w:t>516</w:t>
            </w:r>
          </w:p>
        </w:tc>
        <w:tc>
          <w:tcPr>
            <w:tcW w:w="1440" w:type="dxa"/>
          </w:tcPr>
          <w:p w14:paraId="0EF3EC23" w14:textId="77777777" w:rsidR="00FB0BAE" w:rsidRPr="00304CEA" w:rsidRDefault="00000000">
            <w:r w:rsidRPr="00304CEA">
              <w:t>1</w:t>
            </w:r>
          </w:p>
        </w:tc>
        <w:tc>
          <w:tcPr>
            <w:tcW w:w="1440" w:type="dxa"/>
          </w:tcPr>
          <w:p w14:paraId="3EB6BA2E" w14:textId="77777777" w:rsidR="00FB0BAE" w:rsidRPr="00304CEA" w:rsidRDefault="00000000">
            <w:r w:rsidRPr="00304CEA">
              <w:t>516</w:t>
            </w:r>
          </w:p>
        </w:tc>
      </w:tr>
      <w:tr w:rsidR="00FB0BAE" w:rsidRPr="00304CEA" w14:paraId="1B28F911" w14:textId="77777777">
        <w:tc>
          <w:tcPr>
            <w:tcW w:w="1440" w:type="dxa"/>
          </w:tcPr>
          <w:p w14:paraId="496EACDA" w14:textId="77777777" w:rsidR="00FB0BAE" w:rsidRPr="00304CEA" w:rsidRDefault="00000000">
            <w:r w:rsidRPr="00304CEA">
              <w:t>Conference Grant</w:t>
            </w:r>
          </w:p>
        </w:tc>
        <w:tc>
          <w:tcPr>
            <w:tcW w:w="1440" w:type="dxa"/>
          </w:tcPr>
          <w:p w14:paraId="35EA0B01" w14:textId="77777777" w:rsidR="00FB0BAE" w:rsidRPr="00304CEA" w:rsidRDefault="00000000">
            <w:r w:rsidRPr="00304CEA">
              <w:t>PG 1st Prize</w:t>
            </w:r>
          </w:p>
        </w:tc>
        <w:tc>
          <w:tcPr>
            <w:tcW w:w="1440" w:type="dxa"/>
          </w:tcPr>
          <w:p w14:paraId="6EB4EDBE" w14:textId="77777777" w:rsidR="00FB0BAE" w:rsidRPr="00304CEA" w:rsidRDefault="00000000">
            <w:r w:rsidRPr="00304CEA">
              <w:t>—</w:t>
            </w:r>
          </w:p>
        </w:tc>
        <w:tc>
          <w:tcPr>
            <w:tcW w:w="1440" w:type="dxa"/>
          </w:tcPr>
          <w:p w14:paraId="2E117DB2" w14:textId="77777777" w:rsidR="00FB0BAE" w:rsidRPr="00304CEA" w:rsidRDefault="00000000">
            <w:r w:rsidRPr="00304CEA">
              <w:t>—</w:t>
            </w:r>
          </w:p>
        </w:tc>
        <w:tc>
          <w:tcPr>
            <w:tcW w:w="1440" w:type="dxa"/>
          </w:tcPr>
          <w:p w14:paraId="700FF040" w14:textId="77777777" w:rsidR="00FB0BAE" w:rsidRPr="00304CEA" w:rsidRDefault="00000000">
            <w:r w:rsidRPr="00304CEA">
              <w:t>1</w:t>
            </w:r>
          </w:p>
        </w:tc>
        <w:tc>
          <w:tcPr>
            <w:tcW w:w="1440" w:type="dxa"/>
          </w:tcPr>
          <w:p w14:paraId="2E80B83E" w14:textId="77777777" w:rsidR="00FB0BAE" w:rsidRPr="00304CEA" w:rsidRDefault="00000000">
            <w:r w:rsidRPr="00304CEA">
              <w:t>—</w:t>
            </w:r>
          </w:p>
        </w:tc>
      </w:tr>
      <w:tr w:rsidR="00FB0BAE" w:rsidRPr="00304CEA" w14:paraId="66FBDB6B" w14:textId="77777777">
        <w:tc>
          <w:tcPr>
            <w:tcW w:w="1440" w:type="dxa"/>
          </w:tcPr>
          <w:p w14:paraId="0DE7D327" w14:textId="77777777" w:rsidR="00FB0BAE" w:rsidRPr="00304CEA" w:rsidRDefault="00000000">
            <w:r w:rsidRPr="00304CEA">
              <w:t>Event Materials</w:t>
            </w:r>
          </w:p>
        </w:tc>
        <w:tc>
          <w:tcPr>
            <w:tcW w:w="1440" w:type="dxa"/>
          </w:tcPr>
          <w:p w14:paraId="119C27B5" w14:textId="77777777" w:rsidR="00FB0BAE" w:rsidRPr="00304CEA" w:rsidRDefault="00000000">
            <w:r w:rsidRPr="00304CEA">
              <w:t>Obstacles, props, track construction</w:t>
            </w:r>
          </w:p>
        </w:tc>
        <w:tc>
          <w:tcPr>
            <w:tcW w:w="1440" w:type="dxa"/>
          </w:tcPr>
          <w:p w14:paraId="2EAC087F" w14:textId="77777777" w:rsidR="00FB0BAE" w:rsidRPr="00304CEA" w:rsidRDefault="00000000">
            <w:r w:rsidRPr="00304CEA">
              <w:t>Various</w:t>
            </w:r>
          </w:p>
        </w:tc>
        <w:tc>
          <w:tcPr>
            <w:tcW w:w="1440" w:type="dxa"/>
          </w:tcPr>
          <w:p w14:paraId="18CEBD64" w14:textId="77777777" w:rsidR="00FB0BAE" w:rsidRPr="00304CEA" w:rsidRDefault="00000000">
            <w:r w:rsidRPr="00304CEA">
              <w:t>—</w:t>
            </w:r>
          </w:p>
        </w:tc>
        <w:tc>
          <w:tcPr>
            <w:tcW w:w="1440" w:type="dxa"/>
          </w:tcPr>
          <w:p w14:paraId="4E446338" w14:textId="77777777" w:rsidR="00FB0BAE" w:rsidRPr="00304CEA" w:rsidRDefault="00000000">
            <w:r w:rsidRPr="00304CEA">
              <w:t>—</w:t>
            </w:r>
          </w:p>
        </w:tc>
        <w:tc>
          <w:tcPr>
            <w:tcW w:w="1440" w:type="dxa"/>
          </w:tcPr>
          <w:p w14:paraId="309F3688" w14:textId="77777777" w:rsidR="00FB0BAE" w:rsidRPr="00304CEA" w:rsidRDefault="00000000">
            <w:r w:rsidRPr="00304CEA">
              <w:t>8000</w:t>
            </w:r>
          </w:p>
        </w:tc>
      </w:tr>
    </w:tbl>
    <w:p w14:paraId="671D73CE" w14:textId="77777777" w:rsidR="00FB0BAE" w:rsidRPr="00304CEA" w:rsidRDefault="00000000">
      <w:pPr>
        <w:pStyle w:val="Heading2"/>
      </w:pPr>
      <w:r w:rsidRPr="00304CEA">
        <w:t>Staff Resource List</w:t>
      </w:r>
    </w:p>
    <w:p w14:paraId="6FF0A12A" w14:textId="77777777" w:rsidR="00FB0BAE" w:rsidRDefault="00000000">
      <w:r w:rsidRPr="00304CEA">
        <w:t>Event Chair (Adam Rushworth): Oversight, judging coordination, liaison with CSIAED organisers</w:t>
      </w:r>
      <w:r w:rsidRPr="00304CEA">
        <w:br/>
        <w:t>Technical Coordinator (PhD Student TBC): EV3 setup, safety checks, troubleshooting</w:t>
      </w:r>
      <w:r w:rsidRPr="00304CEA">
        <w:br/>
        <w:t>Judges (3): Timing, rule enforcement, scoring</w:t>
      </w:r>
      <w:r w:rsidRPr="00304CEA">
        <w:br/>
        <w:t>Student Volunteers (4–6): Setup, reset events, crowd management</w:t>
      </w:r>
      <w:r w:rsidRPr="00304CEA">
        <w:br/>
        <w:t>Admin Support: Certificates, participant registration, kit issuing</w:t>
      </w:r>
    </w:p>
    <w:sectPr w:rsidR="00FB0BAE" w:rsidSect="004021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BE09A7"/>
    <w:multiLevelType w:val="hybridMultilevel"/>
    <w:tmpl w:val="EF8E9F8C"/>
    <w:lvl w:ilvl="0" w:tplc="958A3734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D376FF"/>
    <w:multiLevelType w:val="hybridMultilevel"/>
    <w:tmpl w:val="53FEA08E"/>
    <w:lvl w:ilvl="0" w:tplc="958A3734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B15C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4511E6"/>
    <w:multiLevelType w:val="hybridMultilevel"/>
    <w:tmpl w:val="B17EE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53317"/>
    <w:multiLevelType w:val="hybridMultilevel"/>
    <w:tmpl w:val="759A11A4"/>
    <w:lvl w:ilvl="0" w:tplc="0D665C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C5418E"/>
    <w:multiLevelType w:val="hybridMultilevel"/>
    <w:tmpl w:val="E5D6CDB2"/>
    <w:lvl w:ilvl="0" w:tplc="7E586248">
      <w:start w:val="2"/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A2CB1"/>
    <w:multiLevelType w:val="hybridMultilevel"/>
    <w:tmpl w:val="5CB02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C4E61"/>
    <w:multiLevelType w:val="hybridMultilevel"/>
    <w:tmpl w:val="BEE4DB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139113">
    <w:abstractNumId w:val="8"/>
  </w:num>
  <w:num w:numId="2" w16cid:durableId="2071464330">
    <w:abstractNumId w:val="6"/>
  </w:num>
  <w:num w:numId="3" w16cid:durableId="1832402010">
    <w:abstractNumId w:val="5"/>
  </w:num>
  <w:num w:numId="4" w16cid:durableId="1351299421">
    <w:abstractNumId w:val="4"/>
  </w:num>
  <w:num w:numId="5" w16cid:durableId="826090709">
    <w:abstractNumId w:val="7"/>
  </w:num>
  <w:num w:numId="6" w16cid:durableId="556015923">
    <w:abstractNumId w:val="3"/>
  </w:num>
  <w:num w:numId="7" w16cid:durableId="923611139">
    <w:abstractNumId w:val="2"/>
  </w:num>
  <w:num w:numId="8" w16cid:durableId="637801792">
    <w:abstractNumId w:val="1"/>
  </w:num>
  <w:num w:numId="9" w16cid:durableId="225651829">
    <w:abstractNumId w:val="0"/>
  </w:num>
  <w:num w:numId="10" w16cid:durableId="2094013001">
    <w:abstractNumId w:val="13"/>
  </w:num>
  <w:num w:numId="11" w16cid:durableId="1929342151">
    <w:abstractNumId w:val="10"/>
  </w:num>
  <w:num w:numId="12" w16cid:durableId="874269128">
    <w:abstractNumId w:val="15"/>
  </w:num>
  <w:num w:numId="13" w16cid:durableId="368842088">
    <w:abstractNumId w:val="16"/>
  </w:num>
  <w:num w:numId="14" w16cid:durableId="69624138">
    <w:abstractNumId w:val="11"/>
  </w:num>
  <w:num w:numId="15" w16cid:durableId="1751657791">
    <w:abstractNumId w:val="9"/>
  </w:num>
  <w:num w:numId="16" w16cid:durableId="1932618022">
    <w:abstractNumId w:val="12"/>
  </w:num>
  <w:num w:numId="17" w16cid:durableId="19255292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409"/>
    <w:rsid w:val="0002431A"/>
    <w:rsid w:val="00034616"/>
    <w:rsid w:val="0006063C"/>
    <w:rsid w:val="001426FD"/>
    <w:rsid w:val="0015074B"/>
    <w:rsid w:val="00163463"/>
    <w:rsid w:val="0029639D"/>
    <w:rsid w:val="00304CEA"/>
    <w:rsid w:val="00326F90"/>
    <w:rsid w:val="003427FA"/>
    <w:rsid w:val="003B0045"/>
    <w:rsid w:val="0040216E"/>
    <w:rsid w:val="004164EA"/>
    <w:rsid w:val="004C6B55"/>
    <w:rsid w:val="005D2E60"/>
    <w:rsid w:val="00805251"/>
    <w:rsid w:val="00977CD5"/>
    <w:rsid w:val="00A25168"/>
    <w:rsid w:val="00AA1D8D"/>
    <w:rsid w:val="00B451E0"/>
    <w:rsid w:val="00B47730"/>
    <w:rsid w:val="00C14031"/>
    <w:rsid w:val="00C37CB5"/>
    <w:rsid w:val="00C72A53"/>
    <w:rsid w:val="00CB0664"/>
    <w:rsid w:val="00D26193"/>
    <w:rsid w:val="00DB60F6"/>
    <w:rsid w:val="00E87235"/>
    <w:rsid w:val="00F27592"/>
    <w:rsid w:val="00F4240D"/>
    <w:rsid w:val="00FB0B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4364B4"/>
  <w14:defaultImageDpi w14:val="300"/>
  <w15:docId w15:val="{800479E8-CC82-42F7-BA72-456333D3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04C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C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51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etail.tmall.com/item.htm?ali_refid=a3_420434_1006%3A2407674298%3AH%3APjcZw%2FGsjwyT2XAwnQtCwg%3D%3D%3A547f0b0834f5b9003f0db94db91c0789&amp;ali_trackid=282_547f0b0834f5b9003f0db94db91c0789&amp;id=921676579990&amp;mi_id=0000qZvPSIceQnWWrxtckus1iQtaqoJ5fIE-CbZZ8Go683U&amp;mm_sceneid=1_0_7478407623_0&amp;skuId=5797671308482&amp;spm=a21n57.1.hoverItem.3&amp;utparam=%7B%22aplus_abtest%22%3A%223e02d9ff91ca54903d48c05790b75f2d%22%7D&amp;xxc=ad_ztc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detail.tmall.com/item.htm?abbucket=3&amp;fpChannel=101&amp;fpChannelSig=1befd287b55283d06fac692f2361f6da22808747&amp;id=755873641229&amp;mi_id=00008MFH7wvhTMhrYq4RaXb4cLjec1brg2N4C5vxfKWBPAU&amp;ns=1&amp;skuId=5949432128615&amp;spm=a21n57.1.hoverItem.2&amp;u_channel=bybtqdyh&amp;umpChannel=bybtqdyh&amp;utparam=%7B%22aplus_abtest%22%3A%22daf1fc6d8c957b6ddbde2d7e01549707%22%7D&amp;xxc=taobaoSear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eams.microsoft.com/l/chat/19:86da0ef663274f51be342314bc2d7fca@thread.v2/conversations?context=%7B%22contextType%22%3A%22chat%22%7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office.com/r/paxgNzJVw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detail.tmall.com/item.htm?ali_refid=a3_420434_1006%3A2407674298%3AH%3APjcZw%2FGsjwyT2XAwnQtCwg%3D%3D%3A547f0b0834f5b9003f0db94db91c0789&amp;ali_trackid=282_547f0b0834f5b9003f0db94db91c0789&amp;id=921676579990&amp;mi_id=0000qZvPSIceQnWWrxtckus1iQtaqoJ5fIE-CbZZ8Go683U&amp;mm_sceneid=1_0_7478407623_0&amp;skuId=5797671308507&amp;spm=a21n57.1.hoverItem.3&amp;utparam=%7B%22aplus_abtest%22%3A%223e02d9ff91ca54903d48c05790b75f2d%22%7D&amp;xxc=ad_z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712</Words>
  <Characters>4003</Characters>
  <Application>Microsoft Office Word</Application>
  <DocSecurity>0</DocSecurity>
  <Lines>158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Adam Rushworth</cp:lastModifiedBy>
  <cp:revision>18</cp:revision>
  <dcterms:created xsi:type="dcterms:W3CDTF">2025-10-24T14:31:00Z</dcterms:created>
  <dcterms:modified xsi:type="dcterms:W3CDTF">2025-10-24T15:16:00Z</dcterms:modified>
  <cp:category/>
</cp:coreProperties>
</file>